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2"/>
        </w:rPr>
        <w:t>POKYNY K VOĽBÁM ČLENOV RADY ŠKOLY</w:t>
      </w:r>
    </w:p>
    <w:p>
      <w:pPr>
        <w:jc w:val="center"/>
      </w:pPr>
      <w:r>
        <w:rPr>
          <w:b/>
          <w:sz w:val="23"/>
        </w:rPr>
        <w:t>pre rodičov / zákonných zástupcov</w:t>
      </w:r>
    </w:p>
    <w:p>
      <w:r>
        <w:t>Dňa 21. septembra 2026 sa v súvislosti so zmenou legislatívy uskutočnia nové voľby zástupcov rodičov do Rady školy pri Gymnáziu, Obchodnej akadémii a Strednej odbornej škole technickej v Detve.</w:t>
      </w:r>
    </w:p>
    <w:p>
      <w:pPr>
        <w:spacing w:before="160" w:after="60"/>
      </w:pPr>
      <w:r>
        <w:rPr>
          <w:b/>
          <w:color w:val="1F4E79"/>
          <w:sz w:val="23"/>
        </w:rPr>
        <w:t>1. Koľko zástupcov rodičov sa volí?</w:t>
      </w:r>
    </w:p>
    <w:p>
      <w:pPr>
        <w:ind w:left="255" w:hanging="142"/>
      </w:pPr>
      <w:r>
        <w:t xml:space="preserve">• </w:t>
      </w:r>
      <w:r>
        <w:t>Za Gymnázium sa volí 1 zástupca rodičov.</w:t>
      </w:r>
    </w:p>
    <w:p>
      <w:pPr>
        <w:ind w:left="255" w:hanging="142"/>
      </w:pPr>
      <w:r>
        <w:t xml:space="preserve">• </w:t>
      </w:r>
      <w:r>
        <w:t>Za Obchodnú akadémiu sa volí 1 zástupca rodičov.</w:t>
      </w:r>
    </w:p>
    <w:p>
      <w:pPr>
        <w:ind w:left="255" w:hanging="142"/>
      </w:pPr>
      <w:r>
        <w:t xml:space="preserve">• </w:t>
      </w:r>
      <w:r>
        <w:t>Za Strednú odbornú školu technickú, vrátane elokovaného pracoviska vo Zvolene, sa volí 1 zástupca rodičov.</w:t>
      </w:r>
    </w:p>
    <w:p>
      <w:pPr>
        <w:spacing w:before="160" w:after="60"/>
      </w:pPr>
      <w:r>
        <w:rPr>
          <w:b/>
          <w:color w:val="1F4E79"/>
          <w:sz w:val="23"/>
        </w:rPr>
        <w:t>2. Kandidatúra</w:t>
      </w:r>
    </w:p>
    <w:p>
      <w:r>
        <w:t>Kandidáta môže navrhnúť iný rodič/zákonný zástupca alebo môže rodič prejaviť vlastný záujem kandidovať. Do volieb môže byť zaradený iba kandidát, ktorý s kandidatúrou výslovne súhlasí.</w:t>
      </w:r>
    </w:p>
    <w:p>
      <w:pPr>
        <w:ind w:left="255" w:hanging="142"/>
      </w:pPr>
      <w:r>
        <w:t xml:space="preserve">• </w:t>
      </w:r>
      <w:r>
        <w:t>Súhlas s kandidatúrou musí byť vyhotovený písomne a podpísaný kandidátom.</w:t>
      </w:r>
    </w:p>
    <w:p>
      <w:pPr>
        <w:ind w:left="255" w:hanging="142"/>
      </w:pPr>
      <w:r>
        <w:t xml:space="preserve">• </w:t>
      </w:r>
      <w:r>
        <w:t>Návrh kandidáta alebo vlastný záujem o kandidatúru je potrebné nahlásiť najneskôr do 15. 9. 2026.</w:t>
      </w:r>
    </w:p>
    <w:p>
      <w:pPr>
        <w:ind w:left="255" w:hanging="142"/>
      </w:pPr>
      <w:r>
        <w:t xml:space="preserve">• </w:t>
      </w:r>
      <w:r>
        <w:t>Kandidatúru je potrebné oznámiť predsedníčke Rady školy Mgr. Lucii Žilíkovej na e-mail lzilikova@sssdetva.edu.sk.</w:t>
      </w:r>
    </w:p>
    <w:p>
      <w:pPr>
        <w:spacing w:before="160" w:after="60"/>
      </w:pPr>
      <w:r>
        <w:rPr>
          <w:b/>
          <w:color w:val="1F4E79"/>
          <w:sz w:val="23"/>
        </w:rPr>
        <w:t>3. Termín a spôsob hlasovania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vAlign w:val="center"/>
            <w:shd w:fill="EAF2F8"/>
            <w:tcBorders>
              <w:top w:val="single" w:sz="8" w:color="5B9BD5"/>
              <w:left w:val="single" w:sz="8" w:color="5B9BD5"/>
              <w:bottom w:val="single" w:sz="8" w:color="5B9BD5"/>
              <w:right w:val="single" w:sz="8" w:color="5B9BD5"/>
            </w:tcBorders>
          </w:tcPr>
          <w:p>
            <w:pPr>
              <w:jc w:val="center"/>
            </w:pPr>
            <w:r>
              <w:rPr>
                <w:b/>
              </w:rPr>
              <w:t xml:space="preserve">Dátum: </w:t>
            </w:r>
            <w:r>
              <w:t>21. 9. 2026</w:t>
            </w:r>
            <w:r>
              <w:br/>
            </w:r>
            <w:r>
              <w:rPr>
                <w:b/>
              </w:rPr>
              <w:t xml:space="preserve">Čas: </w:t>
            </w:r>
            <w:r>
              <w:t>7.30 – 14.00 hod.</w:t>
            </w:r>
            <w:r>
              <w:br/>
            </w:r>
            <w:r>
              <w:rPr>
                <w:b/>
              </w:rPr>
              <w:t xml:space="preserve">Spôsob: </w:t>
            </w:r>
            <w:r>
              <w:t>tajná voľba prostredníctvom EduPage</w:t>
            </w:r>
          </w:p>
        </w:tc>
      </w:tr>
    </w:tbl>
    <w:p>
      <w:r>
        <w:t>V uvedenom čase bude zákonným zástupcom sprístupnené hlasovanie v EduPage. Hlasovanie je tajné.</w:t>
      </w:r>
    </w:p>
    <w:p>
      <w:pPr>
        <w:spacing w:before="160" w:after="60"/>
      </w:pPr>
      <w:r>
        <w:rPr>
          <w:b/>
          <w:color w:val="1F4E79"/>
          <w:sz w:val="23"/>
        </w:rPr>
        <w:t>4. Hlasovacie právo</w:t>
      </w:r>
    </w:p>
    <w:p>
      <w:pPr>
        <w:spacing w:after="120"/>
      </w:pPr>
      <w:r>
        <w:rPr>
          <w:rFonts w:ascii="Arial" w:hAnsi="Arial"/>
          <w:b/>
          <w:color w:val="1F4E79"/>
          <w:sz w:val="21"/>
        </w:rPr>
        <w:t>Dôležité: Každý oprávnený rodič / zákonný zástupca hlasuje za kandidátov vo všetkých troch organizačných zložkách školy – za Gymnázium, Obchodnú akadémiu aj Strednú odbornú školu technickú.</w:t>
      </w:r>
    </w:p>
    <w:p>
      <w:pPr>
        <w:ind w:left="255" w:hanging="142"/>
      </w:pPr>
      <w:r>
        <w:t xml:space="preserve">• </w:t>
      </w:r>
      <w:r>
        <w:t>Zákonní zástupcovia jedného dieťaťa v škole majú spoločne 1 hlas.</w:t>
      </w:r>
    </w:p>
    <w:p>
      <w:pPr>
        <w:ind w:left="255" w:hanging="142"/>
      </w:pPr>
      <w:r>
        <w:rPr>
          <w:rFonts w:ascii="Arial" w:hAnsi="Arial"/>
          <w:sz w:val="21"/>
        </w:rPr>
        <w:t>• V každej z troch organizačných zložiek rodič označuje jedného kandidáta, keďže za každú organizačnú zložku sa volí 1 zástupca rodičov.</w:t>
      </w:r>
    </w:p>
    <w:p>
      <w:pPr>
        <w:ind w:left="255" w:hanging="142"/>
      </w:pPr>
      <w:r>
        <w:t xml:space="preserve">• </w:t>
      </w:r>
      <w:r>
        <w:t>Za príslušnú organizačnú zložku sa volí 1 člen Rady školy.</w:t>
      </w:r>
    </w:p>
    <w:p>
      <w:pPr>
        <w:spacing w:before="160" w:after="60"/>
      </w:pPr>
      <w:r>
        <w:rPr>
          <w:b/>
          <w:color w:val="1F4E79"/>
          <w:sz w:val="23"/>
        </w:rPr>
        <w:t>5. Vyhodnotenie volieb</w:t>
      </w:r>
    </w:p>
    <w:p>
      <w:r>
        <w:t>Po skončení hlasovania budú výsledky vyhodnotené. Členom Rady školy za príslušnú organizačnú zložku sa stane kandidát s najvyšším počtom platne odovzdaných hlasov, v súlade s pravidlami volieb.</w:t>
      </w:r>
    </w:p>
    <w:p>
      <w:pPr>
        <w:spacing w:before="280"/>
      </w:pPr>
      <w:r>
        <w:rPr>
          <w:b/>
        </w:rPr>
        <w:t>Mgr. Lucia Žilíková</w:t>
      </w:r>
      <w:r>
        <w:br/>
        <w:t>predsedníčka Rady školy</w:t>
      </w:r>
    </w:p>
    <w:sectPr w:rsidR="00FC693F" w:rsidRPr="0006063C" w:rsidSect="00034616"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