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40" w:rsidRDefault="004961C1">
      <w:pPr>
        <w:jc w:val="center"/>
      </w:pPr>
      <w:r>
        <w:rPr>
          <w:b/>
          <w:color w:val="1F4E79"/>
          <w:sz w:val="32"/>
        </w:rPr>
        <w:t>SÚHLAS S KANDIDATÚROU</w:t>
      </w:r>
    </w:p>
    <w:p w:rsidR="00CA0840" w:rsidRDefault="004961C1">
      <w:pPr>
        <w:jc w:val="center"/>
      </w:pPr>
      <w:r>
        <w:rPr>
          <w:b/>
          <w:sz w:val="24"/>
        </w:rPr>
        <w:t>vo voľbách členov Rady školy</w:t>
      </w:r>
    </w:p>
    <w:p w:rsidR="00CA0840" w:rsidRDefault="00CA0840"/>
    <w:p w:rsidR="00CA0840" w:rsidRDefault="004961C1">
      <w:r>
        <w:rPr>
          <w:b/>
        </w:rPr>
        <w:t xml:space="preserve">Meno a priezvisko kandidáta: </w:t>
      </w:r>
      <w:r>
        <w:t>................................................................................................</w:t>
      </w:r>
    </w:p>
    <w:p w:rsidR="00CA0840" w:rsidRDefault="004961C1">
      <w:r>
        <w:rPr>
          <w:b/>
        </w:rPr>
        <w:t xml:space="preserve">Kandidujem ako zástupca: </w:t>
      </w:r>
      <w:r>
        <w:t xml:space="preserve">   ☐ zamestnancov      ☐ rodičov / zákonných zástupcov</w:t>
      </w:r>
    </w:p>
    <w:p w:rsidR="00CA0840" w:rsidRDefault="004961C1">
      <w:r>
        <w:rPr>
          <w:b/>
        </w:rPr>
        <w:t>Organizačná zložka:</w:t>
      </w:r>
    </w:p>
    <w:p w:rsidR="00CA0840" w:rsidRDefault="004961C1">
      <w:pPr>
        <w:ind w:left="397"/>
      </w:pPr>
      <w:r>
        <w:t>☐</w:t>
      </w:r>
      <w:r>
        <w:t xml:space="preserve">  Gymnázium</w:t>
      </w:r>
    </w:p>
    <w:p w:rsidR="00CA0840" w:rsidRDefault="004961C1">
      <w:pPr>
        <w:ind w:left="397"/>
      </w:pPr>
      <w:r>
        <w:t>☐</w:t>
      </w:r>
      <w:r>
        <w:t xml:space="preserve">  Obchodná akadémia</w:t>
      </w:r>
    </w:p>
    <w:p w:rsidR="00CA0840" w:rsidRDefault="004961C1">
      <w:pPr>
        <w:ind w:left="397"/>
      </w:pPr>
      <w:r>
        <w:t>☐</w:t>
      </w:r>
      <w:r>
        <w:t xml:space="preserve">  Stredná odborná škola technická</w:t>
      </w:r>
    </w:p>
    <w:p w:rsidR="00CA0840" w:rsidRDefault="00CA0840"/>
    <w:p w:rsidR="00CA0840" w:rsidRDefault="004961C1">
      <w:pPr>
        <w:jc w:val="both"/>
      </w:pPr>
      <w:r>
        <w:t>Týmto vyjadrujem svoj súhlas s kandidatúrou vo voľbách členov Rady školy pri Gymnáziu, Obchodnej akadémii a Str</w:t>
      </w:r>
      <w:r>
        <w:t>ednej odbornej škole technickej v Detve, ktoré sa uskutočnia dňa 21. septembra 2026.</w:t>
      </w:r>
    </w:p>
    <w:p w:rsidR="00CA0840" w:rsidRDefault="004961C1">
      <w:pPr>
        <w:jc w:val="both"/>
      </w:pPr>
      <w:r>
        <w:t>Súhlasím so zaradením svojho mena na kandidátnu listinu za vyššie označenú organizačnú zložku školy.</w:t>
      </w:r>
    </w:p>
    <w:p w:rsidR="00CA0840" w:rsidRDefault="004961C1">
      <w:pPr>
        <w:jc w:val="both"/>
      </w:pPr>
      <w:r>
        <w:rPr>
          <w:b/>
        </w:rPr>
        <w:t>V prípade zvolenia súhlasím s členstvom v Rade školy a s výkonom funkc</w:t>
      </w:r>
      <w:r>
        <w:rPr>
          <w:b/>
        </w:rPr>
        <w:t>ie člena Rady školy počas príslušného funkčného obdobia.</w:t>
      </w:r>
    </w:p>
    <w:p w:rsidR="00CA0840" w:rsidRDefault="00CA0840"/>
    <w:p w:rsidR="00CA0840" w:rsidRDefault="00CA084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CA0840">
        <w:tc>
          <w:tcPr>
            <w:tcW w:w="4816" w:type="dxa"/>
          </w:tcPr>
          <w:p w:rsidR="00CA0840" w:rsidRDefault="004961C1">
            <w:r>
              <w:t>V ..................................</w:t>
            </w:r>
            <w:bookmarkStart w:id="0" w:name="_GoBack"/>
            <w:bookmarkEnd w:id="0"/>
            <w:r>
              <w:t>dňa ............................</w:t>
            </w:r>
          </w:p>
        </w:tc>
        <w:tc>
          <w:tcPr>
            <w:tcW w:w="4816" w:type="dxa"/>
          </w:tcPr>
          <w:p w:rsidR="00CA0840" w:rsidRDefault="004961C1">
            <w:pPr>
              <w:jc w:val="center"/>
            </w:pPr>
            <w:r>
              <w:t>............................................................</w:t>
            </w:r>
          </w:p>
        </w:tc>
      </w:tr>
      <w:tr w:rsidR="00CA0840">
        <w:tc>
          <w:tcPr>
            <w:tcW w:w="4816" w:type="dxa"/>
          </w:tcPr>
          <w:p w:rsidR="00CA0840" w:rsidRDefault="00CA0840"/>
        </w:tc>
        <w:tc>
          <w:tcPr>
            <w:tcW w:w="4816" w:type="dxa"/>
          </w:tcPr>
          <w:p w:rsidR="00CA0840" w:rsidRDefault="004961C1">
            <w:pPr>
              <w:jc w:val="center"/>
            </w:pPr>
            <w:r>
              <w:rPr>
                <w:i/>
              </w:rPr>
              <w:t>podpis kandidáta</w:t>
            </w:r>
          </w:p>
        </w:tc>
      </w:tr>
    </w:tbl>
    <w:p w:rsidR="00CA0840" w:rsidRDefault="00CA0840"/>
    <w:p w:rsidR="00CA0840" w:rsidRDefault="004961C1">
      <w:pPr>
        <w:jc w:val="center"/>
      </w:pPr>
      <w:r>
        <w:rPr>
          <w:b/>
          <w:sz w:val="20"/>
        </w:rPr>
        <w:t xml:space="preserve">Termín na predloženie súhlasu s </w:t>
      </w:r>
      <w:r>
        <w:rPr>
          <w:b/>
          <w:sz w:val="20"/>
        </w:rPr>
        <w:t>kandidatúrou: najneskôr do 15. 9. 2026</w:t>
      </w:r>
    </w:p>
    <w:sectPr w:rsidR="00CA0840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61C1"/>
    <w:rsid w:val="00AA1D8D"/>
    <w:rsid w:val="00B47730"/>
    <w:rsid w:val="00CA084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5CD06"/>
  <w14:defaultImageDpi w14:val="300"/>
  <w15:docId w15:val="{4D2FAD29-04A5-4AB2-BD62-C994D974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1F5E5-0839-485E-99E9-8B6BFA48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Ucitel</cp:lastModifiedBy>
  <cp:revision>2</cp:revision>
  <dcterms:created xsi:type="dcterms:W3CDTF">2013-12-23T23:15:00Z</dcterms:created>
  <dcterms:modified xsi:type="dcterms:W3CDTF">2026-09-03T11:35:00Z</dcterms:modified>
  <cp:category/>
</cp:coreProperties>
</file>